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כתיב דרך חיפוש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בנטיית פעלים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שטף קריאה והבנה בטקסט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בפתרון שאלות ברמת קושי עולה ובמשחקי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וחיפוש מילים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מימין לשמאל ולמטה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כיוון כתיבת המילה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וחיפוש מילים – התאמות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המילה הן ס-ב-י-ב-ו-ן.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ניקוד, רווחים וסימנים יורדים אוטומטית מהמילים.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וחיפוש מילים – הגדרות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וחיפוש מילים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כתיבה, קידוד וסידור משפטים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צופן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כתיבה, קידוד וסידור משפטים – הבנה בסיסית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אותיות סופיות מוצפנות בדיוק כמו הרגילות, למשל ם מוצפנת כמו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פירושה סידור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כתיבה, קידוד וסידור משפטים – תרגול פענוח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כתיבה, קידוד וסידור משפטים – התאמת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גוף, זמן ובניין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ס-ג-ר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גוף, זמן ובניין – תרגול 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גוף, זמן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פעלים: גוף, זמן ובניין – חשיבה והרחבה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בשטף ובהבנה – הבנת הכלי והטקסט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מילים לדקה וכמה דיוק יש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ציפור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בשטף ובהבנה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מודדים כמה מילים נקראות 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הקשה על מילה נחשבת טעות, לא הצלחה.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קריאה בשטף ובהבנה – הרחבה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חידונים ומשחקי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חידון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מהקלה לקשה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חידונים ומשחקי שאלות – בודקים את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המורה מקליד/ה את הנכונה ראשונה, אבל המשחק מערבב את הסדר לפני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חצי-חצי, שאלו את הכיתה והתייעצות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חידונים ומשחקי שאלות – השלמות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חידונים ומשחקי שאלות – מבינים את המנגנון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(מורידים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(רואים מה הקהל 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(מקבלים זמן לדבר עם חברים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(שלב שבו אפשר להבטיח את הניקוד שנצבר)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מאתר/ת מילים נכונות בכיוונים שונים ופותר/ת לפחות רוב משבצות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 נכתב נכון בצורת הגוף והזמן המבוקשים, כולל אותיות שורש 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הקריאה רהוטה ללא הפסקות מיותרות, והתשובות לשאלות מדויקות ומנומקות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לשני־שלושה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מתפזורת קלה ומשפט פירמידה לפני המעבר לפעלים ולחידונים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רמת קושי גבוהה יותר בתשבץ ובשאלות הטיפוס לפסגה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הטעויות הנפוצות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סוגי משימות שונות – מתפזורת ותשבץ ועד פעלים, קריאה וחידונים. עבדו פרק אחרי פרק, ובדקו את עצמכם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אכתוב  ·  א  ·  מכבים  ·  סגרו  ·  ה  ·  ציפור  ·  נרות  ·  דקה  ·  10  ·  סוגר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אוצר מילים וחיפוש מילים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כיוון מחפשים מילים בתפזורת ברמה הקלה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מימין לשמאל ולמטה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רמזים "מאוזן" ל"מאונך" בתשבץ?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כיוון כתיבת המילה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 המשבצת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אוצר מילים וחיפוש מילים – התאמות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"סביבון" מתחילה באות 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בתפזורת אפשר להוסיף גם ניקוד וסימנים, והם נשארים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אוצר מילים וחיפוש מילים – הגדרות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מטוגנת, ומכינים אותה מתפוחי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העונה הקרה בשנה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אוצר מילים וחיפוש מילים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בחנוכה מדליקים __________ בכל 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הלוחמים בסיפור חנוכה נקראים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כתיבה, קידוד וסידור משפטים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צופן מוחלפת כל אות בסמל אימוג׳י קבוע, לפי 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צופן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את״בש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צופן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באת״בש, איזו אות מחליפה את האות 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כתיבה, קידוד וסידור משפטים – הבנה בסיסית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אות סופית (ם, ן, ך, ף, ץ) יש בצופן האימוג׳ים סמל שונה משל האות הרגילה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כשבמשחק סדר את המילים מופיעה מילה בודדת, התלמידים מסדרים את האותיות שלה ולא מילים שלמות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כתיבה, קידוד וסידור משפטים – תרגול 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מפתח צופן האימוג׳ים, הסמל 🔑 מייצג את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מפתח צופן האימוג׳ים, הסמל ⚽ מייצג את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כתיבה, קידוד וסידור משפטים – התאמת 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🦋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פעלים: גוף, זמן ובניין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הפועל "לסגור"?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ס-ג-ר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ס-ג-ל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ג-ר-ס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זמן נמצא הפועל "סגרתי"?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פעלים: גוף, זמן ובניין – תרגול 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ס-ג-ר בבניין פעל, הווה, גוף יחיד זכר: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 בעבר, גוף "הם", משורש ס-ג-ר: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בעתיד, גוף "אני", משורש כ-ת-ב: אני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פעלים: גוף, זמן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פעלים: גוף, זמן ובניין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קריאה בשטף ובהבנה – הבנת הכלי והטקסט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בתרגיל שטף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מילים לדקה וכמה דיוק יש בקריאה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שורות יש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הטקסט לדוגמה, לאן הולכים דנה ויונתן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יושבת על העץ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חתולה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קריאה בשטף ובהבנה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בתרגיל שטף קריאה התלמיד קורא את הטקסט בקול רם בזמן מדוד.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הקשה על מילה בזמן התרגיל נספרת כתשובה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קריאה בשטף ובהבנה – הרחבה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קצב קריאה נמדד במספר מילים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 העץ בגן יושבת __________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חידונים ומשחקי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משחק יש תורות בין קבוצות, ניקוד וטיימר?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כרטיסי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טיפוס לפסגה השאלות מסודרות: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מהקלה לקשה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חידונים ומשחקי שאלות – בודקים את מה שלמדנו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בחידון קבוצות התשובה הנכונה תמיד מופיעה במקום הראשון גם למשתתפים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בטיפוס לפסגה יש שלושה גלגלי הצלה שעוזרים כשקשה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חידונים ומשחקי שאלות – השלמות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בטיפוס לפסגה יש נקודות ביטחון בשלבים 5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חידונים ומשחקי שאלות – מבינים את המנגנון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רואים מה הקהל 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מורידים שתי תשובות שגויות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שלב שבו אפשר להבטיח את הניקוד שנצבר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מקבלים זמן לדבר עם חברים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למצוא מילים בתפזורת ולפתור תשבץ לפי הגדרות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לנטות פועל נתון לפי גוף וזמן מבוקשים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