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מחוללי המשחקים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וכללי כתיב דרך חיפוש והגדרות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שליטה בנטיית פעלים לפי גוף וזמן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שטף קריאה והבנה בטקסט מנוקד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בפתרון שאלות ברמת קושי עולה ובמשחקי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אוצר מילים וחיפוש מילים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מימין לשמאל ולמטה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כיוון כתיבת המילה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אוצר מילים וחיפוש מילים – התאמות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אותיות המילה הן ס-ב-י-ב-ו-ן.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ניקוד, רווחים וסימנים יורדים אוטומטית מהמילים.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אוצר מילים וחיפוש מילים – הגדרות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(סופגנייה)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(סביבון)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אוצר מילים וחיפוש מילים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כתיבה, קידוד וסידור משפטים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צופן 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כתיבה, קידוד וסידור משפטים – הבנה בסיסית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אותיות סופיות מוצפנות בדיוק כמו הרגילות, למשל ם מוצפנת כמו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מילה בודדת פירושה סידור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כתיבה, קידוד וסידור משפטים – תרגול פענוח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כתיבה, קידוד וסידור משפטים – התאמת 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פעלים: גוף, זמן ובניין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ס-ג-ר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פעלים: גוף, זמן ובניין – תרגול נטייה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סגרו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לומדת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פעלים: גוף, זמן ובניין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(לכתוב)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(לשמור)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פעלים: גוף, זמן ובניין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תסגורנה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קריאה בשטף ובהבנה – הבנת הכלי והטקסט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כמה מילים לדקה וכמה דיוק יש בקריאה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ציפור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הם חוזרים הביתה 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קריאה בשטף ובהבנה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מודדים כמה מילים נקראות בדקה.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הקשה על מילה נחשבת טעות, לא הצלחה.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הסיפור מסופר בגוף שלישי, על דנה ויונתן.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קריאה בשטף ובהבנה – הרחבה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חידונים ומשחקי שאלות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חידון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מהקלה לקשה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חידונים ומשחקי שאלות – בודקים את מה שלמדנו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המורה מקליד/ה את הנכונה ראשונה, אבל המשחק מערבב את הסדר לפני ההצגה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חצי-חצי, שאלו את הכיתה והתייעצות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חידונים ומשחקי שאלות – השלמות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חידונים ומשחקי שאלות – מבינים את המנגנון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(מורידים שתי תשובות שגויות)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(רואים מה הקהל בחר)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(מקבלים זמן לדבר עם חברים לקבוצה)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(שלב שבו אפשר להבטיח את הניקוד שנצבר)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מאתר/ת מילים נכונות בכיוונים שונים ופותר/ת לפחות רוב משבצות התשבץ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הפועל נכתב נכון בצורת הגוף והזמן המבוקשים, כולל אותיות שורש מלאות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הקריאה רהוטה ללא הפסקות מיותרות, והתשובות לשאלות מדויקות ומנומקות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לשני־שלושה שיעורים, פרק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מתפזורת קלה ומשפט פירמידה לפני המעבר לפעלים ולחידונים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רמת קושי גבוהה יותר בתשבץ ובשאלות הטיפוס לפסגה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בשיחה קצרה על הטעויות הנפוצות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מחוללי המשחקים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הרבה סוגי תרגילים. עושים פרק אחרי פרק, ובסוף בודקים את עצמכם.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תפזורת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אותיות שבו מחפשים מילים מוסתרות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תשבץ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משבצות עם הגדרות, וכותבים את המילה המתאימה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 סתרים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שמוצפן בסימנים או באותיות אחרות, וצריך לפענח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את״בש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צופן שבו מחליפים כל אות באות הנגדית באלפבית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פירמידה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שנבנה מילה אחרי מילה, קומה על קומה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שלפיה נוטים פעלים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עושה את הפעולה – אני, אתה, היא, הם וכדומה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שטף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נכונה ומהירה של טקסט, נמדדת במילים לדקה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כרטיסיות 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זוגות כרטיסים שמתאימים זה לזה, כמו מילה והפכה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אוצר מילים וחיפוש מילים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מחפשים מילה בתפזורת הכי קלה?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מימין לשמאל ולמטה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מלמעלה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בכל כיוון כולל הפוך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שני סוגי הרמזים בתשבץ?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כיוון כתיבת המילה בלוח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המשבצת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לרמז: דולק ונותן 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חנוכייה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אוצר מילים וחיפוש מילים – התאמות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"סביבון" מתחילה באות 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בתפזורת אפשר להוסיף גם ניקוד וסימנים, והם נשארים בלוח.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אוצר מילים וחיפוש מילים – הגדרות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 בה שמונה קנים ועוד אחד לשמש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מטוגנת, ומכינים אותה מתפוחי 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סביבון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מתוקה ועגולה, עם ריבה בפנים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העונה הקרה בשנה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חנוכייה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מסתובב ועליו האותיות נ, ג, ה,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סופגנייה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אוצר מילים וחיפוש מילים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בחנוכה מדליקים __________ בכל ערב.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הלוחמים בסיפור חנוכה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בזכות ה__________ דלק האור שמונה ימים.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מהמילה "חושך"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כתיבה, קידוד וסידור משפטים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לצופן שבו כל אות הופכת לציור 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צופן 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את״בש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צופן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צופן צורות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המחליפה של א באת״בש?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כתיבה, קידוד וסידור משפטים – הבנה בסיסית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אות סופית (ם, ן, ך, ף, ץ) יש בצופן האימוג׳ים סמל שונה משל האות הרגילה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כשבמשחק סדר את המילים מופיעה מילה בודדת, התלמידים מסדרים את האותיות שלה ולא מילים שלמות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כתיבה, קידוד וסידור משפטים – תרגול פענוח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מפתח צופן האימוג׳ים, הסמל 🔑 מייצג את האות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מפתח צופן האימוג׳ים, הסמל ⚽ מייצג את האות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כתיבה, קידוד וסידור משפטים – התאמת אימוג׳ים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🦋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🐱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🕯️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🌈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פעלים: גוף, זמן ובניין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הפועל "לסגור"?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ס-ג-ר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ס-ג-ל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ג-ר-ס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ר-ג-ס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זמן נמצא הפועל "סגרתי"?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היא גוף יחיד?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פעלים: גוף, זמן ובניין – תרגול 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ס-ג-ר בבניין פעל, הווה, גוף יחיד זכר: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 בעבר, גוף "הם", משורש ס-ג-ר: הם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הפועל בעתיד, גוף "אני", משורש כ-ת-ב: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בהווה, גוף "היא", משורש ל-מ-ד: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פעלים: גוף, זמן ובניין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ס-ג-ר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כ-ת-ב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ל-מ-ד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לשמור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ש-מ-ר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לכתוב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פעלים: גוף, זמן ובניין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בעתיד, גוף "אתן", משורש ס-ג-ר: אתן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קריאה בשטף ובהבנה – הבנת הכלי והטקסט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מודדים בתרגיל שטף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מילים לדקה וכמה דיוק יש בקריאה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אותיות יש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שורות יש בעמוד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צבע הגופן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הטקסט לדוגמה, לאן הולכים דנה ויונתן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יושבת על העץ בגן?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מסתיים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נשארים בגן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חוזרים הביתה שמחים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הולכים לישון בגן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רבים ובוכים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קריאה בשטף ובהבנה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שטף קריאה התלמיד קורא את הטקסט בקול רם בזמן מדוד.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הקשה על מילה בזמן התרגיל נספרת כתשובה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 בטקסט שרה שיר 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מסופר בגוף ראשון, מפי דנה.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קריאה בשטף ובהבנה – הרחבה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קצב קריאה נמדד במספר מילים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על העץ בגן יושבת __________ קטנה.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חידונים ומשחקי שאלות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משחק יש תורות בין קבוצות, ניקוד וטיימר?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חידון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כרטיסי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טיפוס לפסגה השאלות מסודרות: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מהקשה לקלה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מהקלה לקשה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אורך המשפט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חידונים ומשחקי שאלות – בודקים את מה שלמדנו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בחידון קבוצות התשובה הנכונה תמיד מופיעה במקום הראשון גם למשתתפים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בטיפוס לפסגה יש שלושה גלגלי הצלה שעוזרים כשקשה לענות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חידונים ומשחקי שאלות – השלמות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בטיפוס לפסגה יש נקודות ביטחון בשלבים 5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בחידון קבוצות אפשר לבחור טיימר לכל שאלה, למשל 20 שניות או __________ שניות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חידונים ומשחקי שאלות – מבינים את המנגנון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חצי-חצי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מקבלים זמן לדבר עם חברים לקבוצה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שאלו את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שלב שבו אפשר להבטיח את הניקוד שנצבר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התייעצות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רואים מה הקהל בחר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נקודות 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מורידים שתי תשובות שגויות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למצוא מילים בתפזורת ולפתור תשבץ לפי הגדרות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לנטות פועל נתון לפי גוף וזמן מבוקשים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לקרוא טקסט מנוקד בקול בשטף ולענות על שאלות חידון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מחוללי המשחקים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