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מחוללי המשחקים שלי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מחוללי המשחקים שלי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אוצר מילים וכללי כתיב דרך חיפוש והגדרות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לחזק שליטה בנטיית פעלים לפי גוף וזמן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לשפר שטף קריאה והבנה בטקסט מנוקד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להתנסות בפתרון שאלות ברמת קושי עולה ובמשחקי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אוצר מילים וחיפוש מילים – היכרות עם המשחקים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מימין לשמאל ולמטה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כיוון כתיבת המילה בלוח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נר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אוצר מילים וחיפוש מילים – התאמות והשלמות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אותיות המילה הן ס-ב-י-ב-ו-ן.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ניקוד, רווחים וסימנים יורדים אוטומטית מהמילים.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אוצר מילים וחיפוש מילים – הגדרות ומילים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(חנוכייה)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(לביבה)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(סופגנייה)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(חורף)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(סביבון)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1 · אוצר מילים וחיפוש מילים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מכבים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כתיבה, קידוד וסידור משפטים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צופן אימוג׳ים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כתיבה, קידוד וסידור משפטים – הבנה בסיסית 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אותיות סופיות מוצפנות בדיוק כמו הרגילות, למשל ם מוצפנת כמו מ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מילה בודדת פירושה סידור אותיות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2 · כתיבה, קידוד וסידור משפטים – תרגול פענוח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2 · כתיבה, קידוד וסידור משפטים – התאמת אימוג׳ים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(ג)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(י)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פעלים: גוף, זמן ובניין – הכרת המושגים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ס-ג-ר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עבר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את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3 · פעלים: גוף, זמן ובניין – תרגול נטייה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סוגר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סגרו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אכתוב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לומדת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3 · פעלים: גוף, זמן ובניין – התאמה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(לסגור)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(לכתוב)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(ללמוד)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(לשמור)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3 · פעלים: גוף, זמן ובניין – חשיבה והרחבה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תסגורנה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4 · קריאה בשטף ובהבנה – הבנת הכלי והטקסט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כמה מילים לדקה וכמה דיוק יש בקריאה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לגן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ציפור קטנה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הם חוזרים הביתה שמחים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4 · קריאה בשטף ובהבנה – הבנה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מודדים כמה מילים נקראות בדקה.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הקשה על מילה נחשבת טעות, לא הצלחה.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כתוב בטקסט.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הסיפור מסופר בגוף שלישי, על דנה ויונתן.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4 · קריאה בשטף ובהבנה – הרחבה וחשיבה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דקה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ציפור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5 · חידונים ומשחקי שאלות – היכרות עם המשחקים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חידון קבוצות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מהקלה לקשה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פרק 5 · חידונים ומשחקי שאלות – בודקים את מה שלמדנו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המורה מקליד/ה את הנכונה ראשונה, אבל המשחק מערבב את הסדר לפני ההצגה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חצי-חצי, שאלו את הכיתה והתייעצות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פרק 5 · חידונים ומשחקי שאלות – השלמות קצרות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1. 10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2. 30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י״ט – פרק 5 · חידונים ומשחקי שאלות – מבינים את המנגנון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(מורידים שתי תשובות שגויות)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(רואים מה הקהל בחר)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(מקבלים זמן לדבר עם חברים לקבוצה)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(שלב שבו אפשר להבטיח את הניקוד שנצבר)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התלמיד/ה מאתר/ת מילים נכונות בכיוונים שונים ופותר/ת לפחות רוב משבצות התשבץ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הפועל נכתב נכון בצורת הגוף והזמן המבוקשים, כולל אותיות שורש מלאות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הקריאה רהוטה ללא הפסקות מיותרות, והתשובות לשאלות מדויקות ומנומקות בקצרה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את הפרקים לשני־שלושה שיעורים, פרק או שניים בכל פעם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להתחיל מתפזורת קלה ומשפט פירמידה לפני המעבר לפעלים ולחידונים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מתקדמים כדאי להוסיף רמת קושי גבוהה יותר בתשבץ ובשאלות הטיפוס לפסגה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לסיים כל פרק בשיחה קצרה על הטעויות הנפוצות לפני המעבר לפרק הבא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מחוללי המשחקים שלי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מחוללי המשחקים שלי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בחוברת הזו תתרגלו סוגי משימות שונות – מתפזורת ותשבץ ועד פעלים, קריאה וחידונים. עבדו פרק אחרי פרק, ובדקו את עצמכם בסוף כל פרק.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פרק 1 · אוצר מילים וחיפוש מילים – היכרות עם המשחקים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באיזה כיוון מחפשים מילים בתפזורת ברמה הקלה ביותר?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מימין לשמאל ולמטה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רק מלמעלה למטה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 באלכסון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בכל כיוון כולל הפוך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ההבדל בין רמזים "מאוזן" ל"מאונך" בתשבץ?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כיוון כתיבת המילה בלוח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צבע המשבצת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אורך המילה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מספר האותיות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איזו מילה מתאימה להגדרה: "דולק ונותן אור"?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חושך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חנוכייה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פרק 1 · אוצר מילים וחיפוש מילים – התאמות והשלמות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"סביבון" מתחילה באות ס.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בתפזורת אפשר להוסיף גם ניקוד וסימנים, והם נשארים בלוח.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פרק 1 · אוצר מילים וחיפוש מילים – הגדרות ומילים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יש בה שמונה קנים ועוד אחד לשמש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חורף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מטוגנת, ומכינים אותה מתפוחי אדמה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סביבון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מתוקה ועגולה, עם ריבה בפנים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לביבה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העונה הקרה בשנה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סופגנייה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מסתובב ועליו האותיות נ, ג, ה, 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חנוכייה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פרק 1 · אוצר מילים וחיפוש מילים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בחנוכה מדליקים __________ בכל ערב.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הלוחמים בסיפור חנוכה נקראים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בזכות ה__________ דלק האור שמונה ימים.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ההפך מהמילה "חושך" הוא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פרק 2 · כתיבה, קידוד וסידור משפטים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באיזה צופן מוחלפת כל אות בסמל אימוג׳י קבוע, לפי מפתח?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צופן אימוג׳ים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את״בש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צופן מספרים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צופן צורות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באת״בש, איזו אות מחליפה את האות א?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פרק 2 · כתיבה, קידוד וסידור משפטים – הבנה בסיסית 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לכל אות סופית (ם, ן, ך, ף, ץ) יש בצופן האימוג׳ים סמל שונה משל האות הרגילה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כשבמשחק סדר את המילים מופיעה מילה בודדת, התלמידים מסדרים את האותיות שלה ולא מילים שלמות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7  חלק ז׳ – פרק 2 · כתיבה, קידוד וסידור משפטים – תרגול פענוח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לפי מפתח צופן האימוג׳ים, הסמל 🔑 מייצג את האות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לפי מפתח צופן האימוג׳ים, הסמל ⚽ מייצג את האות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8  חלק ח׳ – פרק 2 · כתיבה, קידוד וסידור משפטים – התאמת אימוג׳ים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🦋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🐱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🎁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ג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🕯️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🌈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ד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9  חלק ט׳ – פרק 3 · פעלים: גוף, זמן ובניין – הכרת המושגים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מהו השורש של הפועל "לסגור"?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ס-ג-ר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ס-ג-ל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ג-ר-ס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ר-ג-ס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באיזה זמן נמצא הפועל "סגרתי"?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הווה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עתיד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ציווי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איזו מהמילים הבאות היא גוף יחיד?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אנחנו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אתן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10  חלק י׳ – פרק 3 · פעלים: גוף, זמן ובניין – תרגול נטייה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השורש ס-ג-ר בבניין פעל, הווה, גוף יחיד זכר: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הפועל בעבר, גוף "הם", משורש ס-ג-ר: הם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הפועל בעתיד, גוף "אני", משורש כ-ת-ב: אני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הפועל בהווה, גוף "היא", משורש ל-מ-ד: היא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11  חלק י״א – פרק 3 · פעלים: גוף, זמן ובניין – התאמה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ס-ג-ר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לכתוב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כ-ת-ב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לסגור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ל-מ-ד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לשמור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ש-מ-ר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ללמוד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12  חלק י״ב – פרק 3 · פעלים: גוף, זמן ובניין – חשיבה והרחבה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הפועל בעתיד, גוף "אתן", משורש ס-ג-ר: אתן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13  חלק י״ג – פרק 4 · קריאה בשטף ובהבנה – הבנת הכלי והטקסט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בודקים בתרגיל שטף קריאה?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כמה מילים לדקה וכמה דיוק יש בקריאה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כמה אותיות יש במילה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כמה שורות יש בעמוד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איזה צבע הגופן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לפי הטקסט לדוגמה, לאן הולכים דנה ויונתן בתחילת הסיפור?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לבית 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לגן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לחנות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מי יושבת על העץ בגן?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חתולה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ציפור קטנה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כלבה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פרפר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איך מסתיים הסיפור?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הם נשארים בגן כל היום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הם חוזרים הביתה שמחים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הם הולכים לישון בגן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הם רבים ובוכים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14  חלק י״ד – פרק 4 · קריאה בשטף ובהבנה – הבנה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בתרגיל שטף קריאה התלמיד קורא את הטקסט בקול רם בזמן מדוד.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הקשה על מילה בזמן התרגיל נספרת כתשובה נכונה.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הציפור בטקסט שרה שיר יפה.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הסיפור מסופר בגוף ראשון, מפי דנה.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15  חלק ט״ו – פרק 4 · קריאה בשטף ובהבנה – הרחבה וחשיבה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קצב קריאה נמדד במספר מילים ל__________.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על העץ בגן יושבת __________ קטנה.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16  חלק ט״ז – פרק 5 · חידונים ומשחקי שאלות – היכרות עם המשחקים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באיזה משחק יש תורות בין קבוצות, ניקוד וטיימר?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תשבץ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חידון קבוצות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כרטיסי בינגו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משפט פירמידה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במשחק טיפוס לפסגה השאלות מסודרות: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באקראי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מהקשה לקלה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מהקלה לקשה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לפי אורך המשפט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17  חלק י״ז – פרק 5 · חידונים ומשחקי שאלות – בודקים את מה שלמדנו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בחידון קבוצות התשובה הנכונה תמיד מופיעה במקום הראשון גם למשתתפים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בטיפוס לפסגה יש שלושה גלגלי הצלה שעוזרים כשקשה לענות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18  חלק י״ח – פרק 5 · חידונים ומשחקי שאלות – השלמות קצרות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בטיפוס לפסגה יש נקודות ביטחון בשלבים 5 ו-__________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בחידון קבוצות אפשר לבחור טיימר לכל שאלה, למשל 20 שניות או __________ שניות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19  חלק י״ט – פרק 5 · חידונים ומשחקי שאלות – מבינים את המנגנון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חצי-חצי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שלב שבו אפשר להבטיח את הניקוד שנצבר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שאלו את הכיתה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מקבלים זמן לדבר עם חברים לקבוצה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התייעצות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מורידים שתי תשובות שגויות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נקודות ביטחון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רואים מה הקהל בחר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אני יודע/ת למצוא מילים בתפזורת ולפתור תשבץ לפי הגדרות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אני יודע/ת לנטות פועל נתון לפי גוף וזמן מבוקשים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אני יכול/ה לקרוא טקסט מנוקד בקול בשטף ולענות על שאלות חידון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מחוללי המשחקים שלי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